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עידן הנאורות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תרגול מושגים, ציר זמן, דמויות, סיבה ותוצאה וניתוח מקור ביחידה "עידן הנאורות".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 ·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https://historia-et-hachadasha.sites.tab.bot/yechida-neorut.html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הדף מבוסס על תוכן עמוד היחידה באתר (מושגים, ציר זמן, דמויות, מקורות).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שנת פרסום 'מסה על הסובלנות' של וולטר – 1763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'שתי מסות על הממשל' של לוק – 1689 (שנת ההדפסה; על השער 1690)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בוחרים תשובה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היכולת האנושית לחשוב, לשפוט ולהסיק מסקנות באופן הגיוני – בסיס הידע לפי הנאורות.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זכויות שיש לכל אדם מעצם היותו אדם, כמו הזכות לחיים, לחירות ולרכוש.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הרעיון שהשלטון נוצר מהסכמה בין בני האדם, ולכן הוא מחויב לטובת הציבור.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משלימים מילה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ריבונות העם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הפרדת רשויות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סובלנות דתית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אבסולוטיזם נאור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עשה מה?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פילוסוף אנגלי; הזכויות הטבעיות וזכות העם להחליף שלטון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הוגה צרפתי; 'רוח החוקים' ועקרון הפרדת הרשויות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סופר והוגה צרפתי; סובלנות דתית וחופש ביטוי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הוגה; 'האמנה החברתית', ריבונות העם והרצון הכללי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השנה הנכונה: 1751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השנה הנכונה: 1762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מה קרה קודם?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ניוטון מפרסם את ספרו על חוקי התנועה והכבידה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הכרך הראשון של 'האנציקלופדיה' בעריכת דידרו וד'אלמבר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וולטר מפרסם את 'מסה על הסובלנות'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ההכרזה על זכויות האדם והאזרח בצרפת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2–3 משפטים נכונים; שימוש במושג אחד לפחות.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💡 עידן הנאורות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היום נתרגל את הנושא "עידן הנאורות". קראו לאט, אפשר להיעזר בבנק המילים.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סובלנות דתית  |  אבסולוטיזם נאור  |  הפרדת רשויות  |  ריבונות העם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פירוש המושג "תבונה (רציונליזם)"?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היכולת האנושית לחשוב, לשפוט ולהסיק מסקנות באופן הגיוני – בסיס הידע לפי הנאורות.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נכונות לאפשר לבני דתות ואמונות שונות לחיות לפי דרכם בלי רדיפה.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זכויות שיש לכל אדם מעצם היותו אדם, כמו הזכות לחיים, לחירות ולרכוש.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פירוש המושג "זכויות טבעיות"?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זכויות שיש לכל אדם מעצם היותו אדם, כמו הזכות לחיים, לחירות ולרכוש.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מפעל ספרים צרפתי רב-כרכים שנועד לאסוף את הידע האנושי ולהפיצו.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נכונות לאפשר לבני דתות ואמונות שונות לחיות לפי דרכם בלי רדיפה.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פירוש המושג "אמנה חברתית"?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תהליך שבו הדת מאבדת מהשפעתה על תחומי חיים כמו שלטון, מדע וחינוך.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היכולת האנושית לחשוב, לשפוט ולהסיק מסקנות באופן הגיוני – בסיס הידע לפי הנאורות.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הרעיון שהשלטון נוצר מהסכמה בין בני האדם, ולכן הוא מחויב לטובת הציבור.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על הקו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העיקרון שהסמכות העליונה במדינה שייכת לעם ולא למלך. ←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חלוקת השלטון לשלוש רשויות – מחוקקת, מבצעת ושופטת – המגבילות זו את זו. ←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נכונות לאפשר לבני דתות ואמונות שונות לחיות לפי דרכם בלי רדיפה. ←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4. שלטון יחיד של מלך שאימץ רעיונות מהנאורות וערך רפורמות, אך לא ויתר על כוחו. ←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 עשה מה?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בין הדמות לתיאור.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ג'ון לוק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סופר והוגה צרפתי; סובלנות דתית וחופש ביטוי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מונטסקייה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הוגה; 'האמנה החברתית', ריבונות העם והרצון הכללי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וולטר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פילוסוף אנגלי; הזכויות הטבעיות וזכות העם להחליף שלטון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ז'אן-ז'ק רוסו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הוגה צרפתי; 'רוח החוקים' ועקרון הפרדת הרשויות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 במשבצת הנכונה.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הנאורות הייתה במאה ה-18 באירופה.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אנשי הנאורות האמינו בשכל של האדם.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1763: הכרך הראשון של 'האנציקלופדיה' בעריכת דידרו וד'אלמבר.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1784: רוסו מפרסם את 'האמנה החברתית'.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מה קרה קודם?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מספרו 1, 2, 3, 4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הכרך הראשון של 'האנציקלופדיה' בעריכת דידרו וד'אלמבר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ההכרזה על זכויות האדם והאזרח בצרפת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ניוטון מפרסם את ספרו על חוקי התנועה והכבידה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וולטר מפרסם את 'מסה על הסובלנות'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ו׳ – כותבים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למדתם על "עידן הנאורות"? כתבו 2–3 משפטים.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להתחיל כך: "למדתי ש..."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השתמשו במילה אחת מבנק המילים.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שזכרתי מהיחידה: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עידן הנאורות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