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עידן הנאורות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תרגול מושגים, ציר זמן, דמויות, סיבה ותוצאה וניתוח מקור ביחידה "עידן הנאורות".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https://historia-et-hachadasha.sites.tab.bot/yechida-neorut.html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פרסום 'מסה על הסובלנות' של וולטר – 1763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'שתי מסות על הממשל' של לוק – 1689 (שנת ההדפסה; על השער 1690)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קוראים ומבינים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1763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1784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היכולת האנושית לחשוב, לשפוט ולהסיק מסקנות באופן הגיוני – בסיס הידע לפי הנאורות.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זכויות שיש לכל אדם מעצם היותו אדם, כמו הזכות לחיים, לחירות ולרכוש.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הרעיון שהשלטון נוצר מהסכמה בין בני האדם, ולכן הוא מחויב לטובת הציבור.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פילוסוף אנגלי; הזכויות הטבעיות וזכות העם להחליף שלטון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הוגה צרפתי; 'רוח החוקים' ועקרון הפרדת הרשויות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סופר והוגה צרפתי; סובלנות דתית וחופש ביטוי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הוגה; 'האמנה החברתית', ריבונות העם והרצון הכללי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סדר הזמן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ניוטון מפרסם את ספרו על חוקי התנועה והכבידה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הכרך הראשון של 'האנציקלופדיה' בעריכת דידרו וד'אלמבר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וולטר מפרסם את 'מסה על הסובלנות'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ההכרזה על זכויות האדם והאזרח בצרפת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משפטים קצרים; 2 מילים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💡 עידן הנאורות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המשפטים הקצרים. אחר כך ענו על השאלות.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תבונה (רציונליזם)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היכולת האנושית לחשוב, לשפוט ולהסיק מסקנות באופן הגיוני (reason)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 טבעיות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⚖️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 שיש לכל אדם מעצם היותו אדם, כמו הזכות לחיים, לחירות ולרכוש. (rights)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אמנה חברתית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הרעיון שהשלטון נוצר מהסכמה בין בני האדם, ולכן הוא מחויב לטובת הציבור.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ריבונות העם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העיקרון שהסמכות העליונה במדינה שייכת לעם ולא למלך.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הפרדת רשויות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חלוקת השלטון לשלוש רשויות – מחוקקת, מבצעת ושופטת – המגבילות זו את זו. (separation of powers)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סובלנות דתית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נכונות לאפשר לבני דתות ואמונות שונות לחיות לפי דרכם בלי רדיפה. (tolerance)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נכון או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השלטון צריך לשמור על הזכויות של האזרחים.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הנאורות הייתה במאה ה-18 באירופה.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אנשי הנאורות האמינו בשכל של האדם.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1687: וולטר מפרסם את 'מסה על הסובלנות'.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לכל אדם יש זכויות: לחיות, להיות חופשי ולהחזיק רכוש.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1789: קאנט מפרסם את המאמר 'מהי נאורות?' – 'העזו לדעת'.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פירוש המושג "תבונה (רציונליזם)"?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היכולת האנושית לחשוב, לשפוט ולהסיק מסקנות באופן הגיוני – בסיס הידע לפי הנאורות.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העיקרון שהסמכות העליונה במדינה שייכת לעם ולא למלך.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נכונות לאפשר לבני דתות ואמונות שונות לחיות לפי דרכם בלי רדיפה.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"זכויות טבעיות"?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תהליך שבו הדת מאבדת מהשפעתה על תחומי חיים כמו שלטון, מדע וחינוך.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חלוקת השלטון לשלוש רשויות – מחוקקת, מבצעת ושופטת – המגבילות זו את זו.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זכויות שיש לכל אדם מעצם היותו אדם, כמו הזכות לחיים, לחירות ולרכוש.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"אמנה חברתית"?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תהליך שבו הדת מאבדת מהשפעתה על תחומי חיים כמו שלטון, מדע וחינוך.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נכונות לאפשר לבני דתות ואמונות שונות לחיות לפי דרכם בלי רדיפה.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הרעיון שהשלטון נוצר מהסכמה בין בני האדם, ולכן הוא מחויב לטובת הציבור.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התאימו: שם ← מה הוא עשה.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ג'ון לוק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הוגה צרפתי; 'רוח החוקים' ועקרון הפרדת הרשויות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מונטסקייה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הוגה; 'האמנה החברתית', ריבונות העם והרצון הכללי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וולטר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סופר והוגה צרפתי; סובלנות דתית וחופש ביטוי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ז'אן-ז'ק רוסו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פילוסוף אנגלי; הזכויות הטבעיות וזכות העם להחליף שלטון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סדר הזמן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1–4: מה היה ראשון? מה היה אחרון?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ההכרזה על זכויות האדם והאזרח בצרפת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וולטר מפרסם את 'מסה על הסובלנות'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הכרך הראשון של 'האנציקלופדיה' בעריכת דידרו וד'אלמבר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ניוטון מפרסם את ספרו על חוקי התנועה והכבידה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קצרים על "עידן הנאורות". השתמשו ב-2 מילים מהמילון.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1: מתי ואיפה?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2: מה קרה?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3: מה חשוב בזה?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בעברית: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שהבנתי: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עידן הנאורות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